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יושר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לתרגל את ערך השבוע "יושר" בקריאה, בשיח ובכתיבה אישית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כל השכבות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https://ptichat-shavua.sites.tab.bot/tirgul.html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מקריאים יחד את משפט השבוע ומצביעים על התמונות.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פריט אחד בכל פעם; מותר לענות בעל פה ולמורה לכתוב.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🪞 יושר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 – זה לא מעשה טוב לערך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אוֹמְרִים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אישית; לבדוק: הנמקה ודוגמה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ה׳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ציור או משפט קצר שמראה מעשה אחד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🪞 יושר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🪞 🗣️ ✅  משפט השבוע: אוֹמְרִים אֱמֶת, גַּם כְּשֶׁקָּשֶׁה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וּמַצְלִיחִים  |  אוֹמְרִים  |  שׁוֹאֲלִים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קוראים ומבינים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על איזה ערך המשפט "אוֹמְרִים אֱמֶת, גַּם כְּשֶׁקָּשֶׁה"?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🐢 התמדה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🪞 יושר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מעשה טוב או לא?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✔ בעמודה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ללעוג למי שטועה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להחזיר כל דבר שמצאתי לבעלים שלו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לומר סליחה כשטעיתי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משלימים מילה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בחרו מילה מבנק המילים.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________ אֱמֶת, גַּם כְּשֶׁקָּשֶׁה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אני והערך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למה נועה שאלה של מי המחק?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ה׳ – ציור או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ציירו או כתבו: מה אני אעשה השבוע?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רעיון: להחזיר כל דבר שמצאתי לבעלים שלו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היום למדתי על הערך: 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אני מרגיש או מרגישה?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יושר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