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יושר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"יושר"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יושר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truth / правда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honesty / честность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sorry / извините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promise / обещание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🪞 יושר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יושר זה לומר אמת. גם כשקשה, אנחנו אומרים מה שקרה באמת.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truth · правда · እውነት · الحقيقة · vérité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יושר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honesty · честность · ታማኝነት · الأمانة · honnêteté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סליחה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sorry · извините · ይቅርታ · آسف · pardon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הבטחה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promise · обещание · ቃል ኪዳን · وعد · promesse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אמת  |  יושר  |  סליחה  |  הבטחה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honesty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אמת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סליחה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יושר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truth / правда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יושר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promise / обещание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סליחה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honesty / честность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הבטחה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sorry / извините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יושר זה לומר ________. גם כשקשה, אנחנו אומרים מה שקרה באמת.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"אמת".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למה נועה שאלה של מי המחק?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להחזיר כל דבר שמצאתי לבעלים שלו / לומר סליחה כשטעיתי)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יושר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