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התמדה</w:t>
      </w:r>
    </w:p>
    <w:p>
      <w:pPr>
        <w:bidi/>
        <w:jc w:val="right"/>
      </w:pPr>
      <w:r>
        <w:rPr>
          <w:rFonts w:ascii="Arial" w:hAnsi="Arial" w:cs="Arial"/>
          <w:sz w:val="24"/>
          <w:rtl/>
          <w:szCs w:val="24"/>
        </w:rPr>
        <w:t>• 🎯 מטרה: לתרגל את ערך השבוע "התמדה"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להמשיך לנסות ולהתאמן צעד אחר צעד, גם כשהדרך ארוכה ולא קלה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הרצון לשאול, לחקור ולגלות דברים חדשים על העולם ועל אנשים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היכולת לדמיין, להמציא ולמצוא דרכים חדשות ומקוריות לעשות דברים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להכיר בכוחות שלנו בלי להתנשא, ולהשאיר מקום גם לאחרים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מגיעים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22 – בכל פעם מוסיפים מספר גדול באחד מהקודם (1, 2, 3, 4, 5, 6)</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התמדה – דף תרגול</w:t>
      </w:r>
    </w:p>
    <w:p>
      <w:pPr>
        <w:bidi/>
        <w:jc w:val="right"/>
      </w:pPr>
      <w:r>
        <w:rPr>
          <w:rFonts w:ascii="Arial" w:hAnsi="Arial" w:cs="Arial"/>
          <w:color w:val="555577"/>
          <w:sz w:val="24"/>
          <w:rtl/>
          <w:szCs w:val="24"/>
        </w:rPr>
        <w:t>ערך השבוע: התמדה – להמשיך לנסות ולהתאמן צעד אחר צעד, גם כשהדרך ארוכה ולא קלה.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טל לא מצליח לעבור את שלב 12 במשחק החשבון שהמורה נתנה, ולכן מתחיל לחשוב שהוא פשוט לא טוב במתמטיקה. החברה שלו אדל שמה לב שבכל ניסיון טל טועה בדיוק באותו מקום. אולי התמדה היא לא רק לנסות שוב, אלא לנסות קצת אחרת?</w:t>
      </w:r>
    </w:p>
    <w:p>
      <w:pPr>
        <w:bidi/>
        <w:jc w:val="right"/>
      </w:pPr>
      <w:r>
        <w:rPr>
          <w:rFonts w:ascii="Arial" w:hAnsi="Arial" w:cs="Arial"/>
          <w:sz w:val="24"/>
          <w:rtl/>
          <w:szCs w:val="24"/>
        </w:rPr>
        <w:t>1. מה ההבדל בין להתמיד לבין לחזור על אותה טעות?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למי אפשר לפנות כשמרגישים תקועים?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איך יודעים מתי להתמיד ומתי נכון לעצור ולבחור כיוון אחר?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"התמדה"?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לבחור מיומנות אחת ולהתאמן בה עשר דקות ביום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לבקש עזרה במקום לוותר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לרשום כל ערב צעד אחד שעשיתי לקראת המטרה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התמדה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להכיר בכוחות שלנו בלי להתנשא, ולהשאיר מקום גם לאחרים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סקרנות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להמשיך לנסות ולהתאמן צעד אחר צעד, גם כשהדרך ארוכה ולא קלה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יצירתיות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הרצון לשאול, לחקור ולגלות דברים חדשים על העולם ועל אנשים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ענווה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לדמיין, להמציא ולמצוא דרכים חדשות ומקוריות לעשות דברים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"עוד צעד קטן ועוד צעד קטן – וככה ________ רחוק"</w:t>
      </w:r>
    </w:p>
    <w:p>
      <w:pPr>
        <w:bidi/>
        <w:jc w:val="right"/>
      </w:pPr>
      <w:r>
        <w:rPr>
          <w:rFonts w:ascii="Arial" w:hAnsi="Arial" w:cs="Arial"/>
          <w:sz w:val="24"/>
          <w:rtl/>
          <w:szCs w:val="24"/>
        </w:rPr>
        <w:t>2. 🧩 חידה: איזה מספר בא הבא בסדרה: 1, 2, 4, 7, 11, 16,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לבחור מיומנות אחת ולהתאמן בה עשר דקות ביום · לרשום כל ערב צעד אחד שעשיתי לקראת המטרה · לבקש עזרה במקום לוותר</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לנסות שוב ועל לנסות אחרת?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שתפו בדבר אחד שהמשכתם לנסות השבוע, גם אם עוד לא הצליח עד הסוף</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התמדה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