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התמדה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"התמדה"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להמשיך לנסות ולהתאמן צעד אחר צעד, גם כשהדרך ארוכה ולא קלה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הרצון לשאול, לחקור ולגלות דברים חדשים על העולם ועל אנשים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היכולת לדמיין, להמציא ולמצוא דרכים חדשות ומקוריות לעשות דברים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מגיעים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שעון קיר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התמדה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התמדה – להמשיך לנסות ולהתאמן צעד אחר צעד, גם כשהדרך ארוכה ולא קלה.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ליה החליטה ללמוד לנגן על חליל. בשבוע הראשון יצאו רק צפצופים מצחיקים, ואחיה הקטן סתם את האוזניים. היא כמעט ויתרה, ואז סבתא שלה הציעה: עשר דקות כל יום, לא יותר. אחרי חודש ליה ניגנה שיר שלם.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עשר דקות כל יום עובדות יותר טוב משעתיים פעם בשבוע?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מתי כמעט ויתרתם, ובכל זאת המשכתם?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"התמדה"?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לסיים משימה עד הסוף לפני שאני מתחיל או מתחילה חדשה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להתאמן בכל יום חמש דקות בקריאה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לנסות שוב משהו שלא הצליח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🐢 התמדה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להכיר בכוחות שלנו בלי להתנשא, ולהשאיר מקום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🔍 סקרנות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היכולת לדמיין, להמציא ולמצוא דרכים חדשות ומקוריות לעשות דברים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🎨 יצירתיות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להמשיך לנסות ולהתאמן צעד אחר צעד, גם כשהדרך ארוכה ולא קלה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הרצון לשאול, לחקור ולגלות דברים חדשים על העולם ועל אנשים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"עוד צעד קטן ועוד צעד קטן – וככה ________ רחוק"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יש לי שתי ידיים ואין לי אצבעות. אני הולך כל היום ואף פעם לא זז מהקיר.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להתאמן בכל יום חמש דקות בקריאה · לנסות שוב משהו שלא הצליח לי · לסיים משימה עד הסוף לפני שאני מתחיל או מתחילה חדשה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לנסות שוב ועל לנסות אחרת?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שתפו בדבר אחד שהמשכתם לנסות השבוע, גם אם עוד לא הצליח עד הסוף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התמדה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